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רובי הרובוט מגיע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ואת סדר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 המרכזי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רובוט קטן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 ולקרוא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אתה הכי אוהב לעשות?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בנו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חברות מתחילה בהתעניינות באחר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שרובי פתר תרגילים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רובי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תמר שאלה אותו מה הוא הכי אוהב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שניהם ענו שהם אוהבים לבנות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חברות התחילה בשאלה קטנה ולא בתרגיל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המסקנה שרובי מגיע אליה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(להיות חלק ממשהו ביחד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(הבין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(קשר חם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(שונה מהרגיל, מעניין)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(משימה בחשבון לפתרון)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(זמן מנוחה בין שיעורים)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רובוט קטן וכחול בשם רובי מגיע לכיתה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הילדים לומדים שרובי יודע לפתור תרגילים ולקרוא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בהפסקה רובי עומד לבד בפינה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ניגשת ושואלת אותו מה הוא הכי אוהב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רובי ותמר בונים מגדלים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רובי מגלה שחברות מתחילה בשאלה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אישיות ומנומסות, קשורות להיכרות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שתמר ניגשה לרובי ושאלה אותו, הסבר שזה גרם לו להרגיש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שהחברות התחילה מהתעניינות באחר ולא מיכולות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מסבירים נכון מילה אחת מרשימת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מביעים רגש מתאים למצב של רובי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מה גורם לילד חדש להרגיש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רובי הרובוט מגיע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רובוט קטן בא לכיתה. הוא חכם מאוד אבל לא יודע איך לשחק עם ילדים. ילדה בשם תמר עוזרת לו. ענו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להצטרף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חלק ממשהו ביחד עם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הבין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חם וטוב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שונה מהרגיל, מעניין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בחשבון שצריך לפתור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מנוחה בין שיעורים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מגדלים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בניינים גבוהים שבונים מקוביות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שהסיפור רוצה ללמד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בא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 חדש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רובוט קטן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רובי היה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 חשבון ולקרוא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רובי היה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ידע איך מצטרפים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ביקשה ממנו לעמוד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רצה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תמר שאלה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אתה הכי אוהב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אתה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אתה רובוט?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הם עשו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שיחקו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קראו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 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הסיפור מלמד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חשוב לפתור תרגילים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עדיף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מתחילה בהתעניינות באחר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רובוטים טובים יותר מבני 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ידע לפתור תרגילי חשבון בשנייה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ידע מיד איך להצטרף למשחקים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ניגשה לרובי ושאלה אותו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ותמר אהבו שניהם לבנות מגדלים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מלמד שחברות מתחילה בפתרון תרגיל חשבון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הבין שחברות מתחילה בשאלה אחת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רובי לא ידע איך __________ למשחק של הילדים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רובי __________ שחברות מתחילה בשאלה אחת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ורובי בנו __________ בכל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בין רובי לתמר התחילה בשאלה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רובי חשב שאם יפתור __________ קשה כולם ירצו להיות חברים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רובי היה תלמיד חדש ו__________ בכיתה ג׳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להיות חלק ממשהו ביחד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משימה בחשבון לפתרון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הבין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שונה מהרגיל, מעניין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קשר חם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מגלה שחברות מתחילה בשאלה קטנה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ניגשת ושואלת אותו מה הוא הכי אוהב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רובי ותמר בונים מגדלים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לומדים שרובי יודע לפתור תרגילים ולקרוא מהר מאוד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רובוט קטן וכחול בשם רובי מגיע לכיתה ג׳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רובי עומד לבד בפינה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שואלים תלמיד או תלמידה חדשים כדי להכיר אותם? כתבו שלוש 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 עשתה מעשה טוב. תארו מה היא עשתה ולמה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רובי ותמר?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למדתם היום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הייתם מרגישים במקום רובי בהפסקה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רובי הרובוט מגיע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