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רובי הרובוט מגיע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ואת סדר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 המרכזי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רובוט קטן וכחול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לפתור תרגילי חשבון ולקרוא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לא ידע איך מצטרפים למשחק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בסיפור שרובי פתר תרגילים מהר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רובי לא ידע איך מצטרפים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תמר שאלה אותו מה הוא הכי אוהב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(להיות חלק ממשהו ביחד עם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(הבין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(קשר חם בין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(שונה מהרגיל, מעניין)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רובוט קטן וכחול בשם רובי מגיע לכיתה 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הילדים לומדים שרובי יודע לפתור תרגילים ולקרוא מהר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בהפסקה רובי עומד לבד בפינה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 ניגשת ושואלת אותו מה הוא הכי אוהב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אישיות ומנומסות, קשורות להיכרות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שתמר ניגשה לרובי ושאלה אותו, הסבר שזה גרם לו להרגיש שייך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שהחברות התחילה מהתעניינות באחר ולא מיכולות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מסבירים נכון מילה אחת מרשימת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מביעים רגש מתאים למצב של רובי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מה גורם לילד חדש להרגיש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רובי הרובוט מגיע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שלפניכם מגיע רובוט קטן וכחול בשם רובי לכיתה ג׳. למרות שהוא יודע לפתור תרגילים קשים, הוא לא יודע איך להצטרף למשחק עם הילדים. קראו את הסיפור וענו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מגדלים  ·  להצטרף  ·  גילה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הגיע לכיתה בוקר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 חדש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רובוט קטן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רובי ידע לעשות הכי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לפתור תרגילי חשבון ולקרוא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רובי עמד לבד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היה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לא ידע איך מצטרפים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המורה ביקשה ממנו לעמוד 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רובי ידע לפתור תרגילי חשבון בשנייה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רובי ידע מיד איך להצטרף למשחקים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ניגשה לרובי ושאלה אותו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רובי לא ידע איך __________ למשחק של הילדים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רובי __________ שחברות מתחילה בשאלה אחת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תמר ורובי בנו __________ בכל 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להצטרף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הבין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שונה מהרגיל, מעניין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להיות חלק ממשהו ביחד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קשר חם בין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בהפסקה רובי עומד לבד בפינה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רובוט קטן וכחול בשם רובי מגיע לכיתה ג׳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 ניגשת ושואלת אותו מה הוא הכי אוהב לעשות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הילדים לומדים שרובי יודע לפתור תרגילים ולקרוא מהר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הייתם שואלים תלמיד או תלמידה חדשים כדי להכיר אותם? כתבו שלוש 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תמר עשתה מעשה טוב. תארו מה היא עשתה ולמה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למדתם מהסיפור על רובי ותמר?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מילה חדשה למדתם היום ומה פירושה?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רובי הרובוט מגיע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